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15 ASK-Prompts für Bücher aus der Logos-Bibliothek</w:t>
      </w:r>
    </w:p>
    <w:p>
      <w:pPr>
        <w:jc w:val="center"/>
      </w:pPr>
      <w:r>
        <w:rPr>
          <w:b/>
        </w:rPr>
        <w:t>Einzelne Werke systematisch erschließen, prüfen und für Theologie und Predigt nutzbar machen</w:t>
      </w:r>
    </w:p>
    <w:p>
      <w:r>
        <w:t>Diese Prompts sind für den Logos Study Assistant gedacht, wenn gezielt ein einzelnes Buch oder ein ausgewähltes Werk aus der eigenen Bibliothek als Quelle verwendet wird. Ziel ist nicht, die Lektüre zu ersetzen, sondern den Inhalt schneller zu erschließen, Argumentationen sichtbar zu machen, Gegenfragen zu stellen und relevante Fundstellen für die eigene Weiterarbeit zu finden.</w:t>
      </w:r>
    </w:p>
    <w:p>
      <w:pPr>
        <w:pStyle w:val="Heading2"/>
        <w:keepNext/>
      </w:pPr>
      <w:r>
        <w:t>1. Gesamtüberblick über ein Buch</w:t>
      </w:r>
    </w:p>
    <w:p>
      <w:pPr>
        <w:pStyle w:val="PromptBox"/>
        <w:keepLines/>
      </w:pPr>
      <w:r>
        <w:t>Erschließe mir das ausgewählte Buch [BUCH]. Stelle Hauptthema, zentrale These, Aufbau und wichtigste Argumentationsschritte übersichtlich dar. Zeige, welche Kapitel für die Gesamtargumentation besonders wichtig sind. Belege jede wesentliche Aussage mit Fundstellen aus dem Buch. Trenne klar zwischen Aussagen des Autors und deiner Zusammenfassung.</w:t>
      </w:r>
    </w:p>
    <w:p>
      <w:pPr>
        <w:pStyle w:val="Heading2"/>
        <w:keepNext/>
      </w:pPr>
      <w:r>
        <w:t>2. Argumentationsgang des Autors</w:t>
      </w:r>
    </w:p>
    <w:p>
      <w:pPr>
        <w:pStyle w:val="PromptBox"/>
        <w:keepLines/>
      </w:pPr>
      <w:r>
        <w:t>Rekonstruiere den Argumentationsgang dieses Buches. Von welchen Ausgangsfragen oder Voraussetzungen geht der Autor aus, welche Zwischenschritte macht er und zu welchen Ergebnissen kommt er? Zeige auch Brüche, Spannungen oder Gedankensprünge. Belege die einzelnen Schritte mit Fundstellen.</w:t>
      </w:r>
    </w:p>
    <w:p>
      <w:pPr>
        <w:pStyle w:val="Heading2"/>
        <w:keepNext/>
      </w:pPr>
      <w:r>
        <w:t>3. Die wichtigsten theologischen Aussagen</w:t>
      </w:r>
    </w:p>
    <w:p>
      <w:pPr>
        <w:pStyle w:val="PromptBox"/>
        <w:keepLines/>
      </w:pPr>
      <w:r>
        <w:t>Welche fünf bis zehn theologischen Kernaussagen vertritt der Autor in diesem Buch? Erkläre jede Aussage knapp, zeige ihre Begründung und nenne die entsprechenden Fundstellen. Unterscheide Hauptthesen von Nebenbemerkungen und einzelnen Beobachtungen.</w:t>
      </w:r>
    </w:p>
    <w:p>
      <w:pPr>
        <w:pStyle w:val="Heading2"/>
        <w:keepNext/>
      </w:pPr>
      <w:r>
        <w:t>4. Ein bestimmtes Thema im ganzen Buch verfolgen</w:t>
      </w:r>
    </w:p>
    <w:p>
      <w:pPr>
        <w:pStyle w:val="PromptBox"/>
        <w:keepLines/>
      </w:pPr>
      <w:r>
        <w:t>Untersuche, wie das Thema [THEMA] im gesamten ausgewählten Buch behandelt wird. Sammle die relevanten Abschnitte, ordne sie thematisch und zeige, ob sich die Position des Autors im Verlauf des Buches entwickelt oder verändert. Nenne zu jedem Ergebnis die Fundstelle.</w:t>
      </w:r>
    </w:p>
    <w:p>
      <w:pPr>
        <w:pStyle w:val="Heading2"/>
        <w:keepNext/>
      </w:pPr>
      <w:r>
        <w:t>5. Ein Kapitel gründlich erschließen</w:t>
      </w:r>
    </w:p>
    <w:p>
      <w:pPr>
        <w:pStyle w:val="PromptBox"/>
        <w:keepLines/>
      </w:pPr>
      <w:r>
        <w:t>Analysiere Kapitel [KAPITEL] dieses Buches. Was ist die Hauptthese des Kapitels? Wie ist die Argumentation aufgebaut? Welche Begriffe, Bibelstellen und theologischen Voraussetzungen spielen eine Schlüsselrolle? Wie fügt sich das Kapitel in die Gesamtargumentation des Buches ein?</w:t>
      </w:r>
    </w:p>
    <w:p>
      <w:pPr>
        <w:pStyle w:val="Heading2"/>
        <w:keepNext/>
      </w:pPr>
      <w:r>
        <w:t>6. Bibelstellen im Buch untersuchen</w:t>
      </w:r>
    </w:p>
    <w:p>
      <w:pPr>
        <w:pStyle w:val="PromptBox"/>
        <w:keepLines/>
      </w:pPr>
      <w:r>
        <w:t>Welche Rolle spielt [BIBELSTELLE] in diesem Buch? Finde alle wesentlichen Stellen, an denen der Autor diesen Bibeltext behandelt oder darauf Bezug nimmt. Stelle dar, wie er ihn auslegt, wofür er ihn argumentativ verwendet und ob sich seine Verwendung an verschiedenen Stellen unterscheidet.</w:t>
      </w:r>
    </w:p>
    <w:p>
      <w:pPr>
        <w:pStyle w:val="Heading2"/>
        <w:keepNext/>
      </w:pPr>
      <w:r>
        <w:t>7. Begriffsanalyse innerhalb des Buches</w:t>
      </w:r>
    </w:p>
    <w:p>
      <w:pPr>
        <w:pStyle w:val="PromptBox"/>
        <w:keepLines/>
      </w:pPr>
      <w:r>
        <w:t>Untersuche, wie der Autor den Begriff [BEGRIFF] in diesem Buch verwendet. Formuliere seine Definition beziehungsweise sein Verständnis, zeige unterschiedliche Bedeutungsnuancen und nenne zentrale Belegstellen. Wenn der Begriff nicht ausdrücklich definiert wird, kennzeichne das und rekonstruiere die Bedeutung nur aus eindeutig belegbaren Aussagen.</w:t>
      </w:r>
    </w:p>
    <w:p>
      <w:pPr>
        <w:pStyle w:val="Heading2"/>
        <w:keepNext/>
      </w:pPr>
      <w:r>
        <w:t>8. Position des Autors herausarbeiten</w:t>
      </w:r>
    </w:p>
    <w:p>
      <w:pPr>
        <w:pStyle w:val="PromptBox"/>
        <w:keepLines/>
      </w:pPr>
      <w:r>
        <w:t>Rekonstruiere ausschließlich aus diesem Buch die Position des Autors zu [FRAGE/THEMA]. Welche These vertritt er? Welche Argumente führt er an? Welche Bibelstellen, historischen Belege oder theologischen Autoritäten verwendet er? Welche Gegenpositionen erwähnt er? Belege alle Punkte aus dem Buch.</w:t>
      </w:r>
    </w:p>
    <w:p>
      <w:pPr>
        <w:pStyle w:val="Heading2"/>
        <w:keepNext/>
      </w:pPr>
      <w:r>
        <w:t>9. Gegenprompt: Schwächen der Argumentation</w:t>
      </w:r>
    </w:p>
    <w:p>
      <w:pPr>
        <w:pStyle w:val="PromptBox"/>
        <w:keepLines/>
      </w:pPr>
      <w:r>
        <w:t>Prüfe die Argumentation des Autors zu [THEMA] kritisch, aber ausschließlich anhand des ausgewählten Buches. Wo nennt der Autor selbst Gegenargumente, Einwände, Einschränkungen oder ungelöste Fragen? Welche Voraussetzungen seiner Argumentation werden behauptet, aber innerhalb des Buches nur schwach begründet? Unterscheide ausdrücklich zwischen nachweisbaren Schwachstellen und bloßen Vermutungen.</w:t>
      </w:r>
    </w:p>
    <w:p>
      <w:pPr>
        <w:pStyle w:val="Heading2"/>
        <w:keepNext/>
      </w:pPr>
      <w:r>
        <w:t>10. Gegenprompt: Was lässt das Buch offen?</w:t>
      </w:r>
    </w:p>
    <w:p>
      <w:pPr>
        <w:pStyle w:val="PromptBox"/>
        <w:keepLines/>
      </w:pPr>
      <w:r>
        <w:t>Suche gezielt nach Grenzen und Leerstellen dieses Buches. Welche wichtigen Fragen zu [THEMA] werden nicht behandelt oder nur kurz angesprochen? Welche Probleme erkennt der Autor selbst an? Behaupte keine Lücke nur deshalb, weil du nichts findest: Kennzeichne deutlich, wenn das Buch für eine Frage keine ausreichenden Belege liefert.</w:t>
      </w:r>
    </w:p>
    <w:p>
      <w:pPr>
        <w:pStyle w:val="Heading2"/>
        <w:keepNext/>
      </w:pPr>
      <w:r>
        <w:t>11. Gegenprompt: Innere Spannungen suchen</w:t>
      </w:r>
    </w:p>
    <w:p>
      <w:pPr>
        <w:pStyle w:val="PromptBox"/>
        <w:keepLines/>
      </w:pPr>
      <w:r>
        <w:t>Suche im ausgewählten Buch nach Aussagen zu [THEMA], die miteinander in Spannung stehen oder unterschiedlich akzentuiert sind. Stelle die betreffenden Aussagen nebeneinander und erkläre ihren jeweiligen Kontext. Entscheide erst danach, ob ein echter Widerspruch, eine Entwicklung oder lediglich eine unterschiedliche Schwerpunktsetzung vorliegt.</w:t>
      </w:r>
    </w:p>
    <w:p>
      <w:pPr>
        <w:pStyle w:val="Heading2"/>
        <w:keepNext/>
      </w:pPr>
      <w:r>
        <w:t>12. Gegenprompt: Die stärkste Selbstkritik des Autors</w:t>
      </w:r>
    </w:p>
    <w:p>
      <w:pPr>
        <w:pStyle w:val="PromptBox"/>
        <w:keepLines/>
      </w:pPr>
      <w:r>
        <w:t>Welche Einwände gegen seine eigene Position nimmt der Autor in diesem Buch ernst? Suche die stärksten Gegenargumente, die er selbst nennt oder diskutiert. Stelle jeweils Einwand, Antwort des Autors und verbleibende offene Frage gegenüber. Ergänze nichts, was im Buch nicht belegt ist.</w:t>
      </w:r>
    </w:p>
    <w:p>
      <w:pPr>
        <w:pStyle w:val="Heading2"/>
        <w:keepNext/>
      </w:pPr>
      <w:r>
        <w:t>13. Das Buch für die Predigtvorbereitung erschließen</w:t>
      </w:r>
    </w:p>
    <w:p>
      <w:pPr>
        <w:pStyle w:val="PromptBox"/>
        <w:keepLines/>
      </w:pPr>
      <w:r>
        <w:t>Welche Erkenntnisse aus diesem Buch sind für eine Predigt zu [BIBELSTELLE/THEMA] besonders relevant? Unterscheide zwischen exegetischen Beobachtungen, theologischen Aussagen, historischen Hintergrundinformationen und homiletisch hilfreichen Gedanken. Nenne die Fundstellen und formuliere noch keine fertige Predigt.</w:t>
      </w:r>
    </w:p>
    <w:p>
      <w:pPr>
        <w:pStyle w:val="Heading2"/>
        <w:keepNext/>
      </w:pPr>
      <w:r>
        <w:t>14. Predigtrisiken aus einem Buch erkennen</w:t>
      </w:r>
    </w:p>
    <w:p>
      <w:pPr>
        <w:pStyle w:val="PromptBox"/>
        <w:keepLines/>
      </w:pPr>
      <w:r>
        <w:t>Welche Hinweise dieses Buches schützen bei einer Predigt zu [BIBELSTELLE/THEMA] vor Verkürzungen, Missverständnissen oder theologischen Fehldeutungen? Suche besonders nach Einschränkungen, Gegenpositionen und Warnungen des Autors. Belege jede Empfehlung aus dem Buch und kennzeichne, was deine Zusammenfassung und was ausdrücklich die Position des Autors ist.</w:t>
      </w:r>
    </w:p>
    <w:p>
      <w:pPr>
        <w:pStyle w:val="Heading2"/>
        <w:keepNext/>
      </w:pPr>
      <w:r>
        <w:t>15. Master-Prompt zur Bucherschließung</w:t>
      </w:r>
    </w:p>
    <w:p>
      <w:pPr>
        <w:pStyle w:val="PromptBox"/>
        <w:keepLines/>
      </w:pPr>
      <w:r>
        <w:t>Erschließe dieses Buch systematisch für meine weitere theologische Arbeit. Untersuche: 1. Anliegen und Hauptthese, 2. Aufbau und Argumentationsgang, 3. wichtigste theologische Aussagen, 4. zentrale Bibelstellen, 5. Schlüsselbegriffe, 6. Positionen, denen der Autor widerspricht, 7. erkennbare Voraussetzungen, 8. offene Fragen und Schwächen, 9. besonders wichtige Kapitel und 10. mögliche Bedeutung für Exegese und Predigt. Belege jeden Abschnitt mit Fundstellen aus dem ausgewählten Buch. Verwende keine Informationen aus anderen Büchern. Wenn das Buch zu einem Punkt nichts Belastbares enthält, sage dies ausdrücklich.</w:t>
      </w:r>
    </w:p>
    <w:p>
      <w:pPr>
        <w:pStyle w:val="Heading1"/>
        <w:keepNext/>
      </w:pPr>
      <w:r>
        <w:t>Drei Kontrollregeln für gute ASK-Antworten</w:t>
      </w:r>
    </w:p>
    <w:p>
      <w:pPr>
        <w:pStyle w:val="ListBullet"/>
      </w:pPr>
      <w:r>
        <w:rPr>
          <w:b/>
        </w:rPr>
        <w:t xml:space="preserve">Belege mit Fundstellen: </w:t>
      </w:r>
      <w:r>
        <w:t>Fordere bei wichtigen Aussagen konkrete Fundstellen aus dem ausgewählten Buch an.</w:t>
      </w:r>
    </w:p>
    <w:p>
      <w:pPr>
        <w:pStyle w:val="ListBullet"/>
      </w:pPr>
      <w:r>
        <w:rPr>
          <w:b/>
        </w:rPr>
        <w:t xml:space="preserve">Autor und Zusammenfassung trennen: </w:t>
      </w:r>
      <w:r>
        <w:t>ASK soll deutlich kennzeichnen, was der Autor tatsächlich sagt und was nur eine zusammenfassende Synthese des Study Assistant ist.</w:t>
      </w:r>
    </w:p>
    <w:p>
      <w:pPr>
        <w:pStyle w:val="ListBullet"/>
      </w:pPr>
      <w:r>
        <w:rPr>
          <w:b/>
        </w:rPr>
        <w:t xml:space="preserve">Fehlende Belege offen benennen: </w:t>
      </w:r>
      <w:r>
        <w:t>Wenn das Buch zu einer Frage nichts Belastbares hergibt, soll ASK das ausdrücklich sagen und keine Lücke durch Vermutungen füllen.</w:t>
      </w:r>
    </w:p>
    <w:p>
      <w:pPr>
        <w:pStyle w:val="Heading1"/>
        <w:keepNext/>
      </w:pPr>
      <w:r>
        <w:t>Praxis-Tipp</w:t>
      </w:r>
    </w:p>
    <w:p>
      <w:r>
        <w:t>Für möglichst belastbare Ergebnisse zuerst im Study Assistant nur das betreffende Buch als Quelle auswählen. Bei größeren Werken kann anschließend mit Kapitel, Thema, Begriff oder Bibelstelle weiter eingegrenzt werden. Besonders bei kritischen Fragen lohnt es sich, die von ASK genannten Fundstellen im Original nachzulesen.</w:t>
      </w:r>
    </w:p>
    <w:sectPr w:rsidR="00FC693F" w:rsidRPr="0006063C" w:rsidSect="00034616">
      <w:footerReference w:type="default" r:id="rId9"/>
      <w:pgSz w:w="12240" w:h="15840"/>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t>Logos Study Assistant – 15 ASK-Prompts für einzelne Bücher</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2" w:lineRule="auto"/>
    </w:pPr>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Display" w:hAnsi="Aptos Display"/>
      <w:b/>
      <w:bCs/>
      <w:color w:val="365F91" w:themeColor="accent1" w:themeShade="BF"/>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Display" w:hAnsi="Aptos Display"/>
      <w:b/>
      <w:bCs/>
      <w:color w:val="4F81BD" w:themeColor="accent1"/>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Display" w:hAnsi="Aptos Display"/>
      <w:color w:val="17365D" w:themeColor="text2" w:themeShade="BF"/>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PromptBox">
    <w:name w:val="PromptBox"/>
    <w:pPr>
      <w:spacing w:before="40" w:after="200"/>
      <w:ind w:left="312" w:right="170"/>
    </w:pPr>
    <w:rPr>
      <w:rFonts w:ascii="Aptos" w:hAnsi="Aptos"/>
      <w:i/>
      <w:sz w:val="2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15 ASK-Prompts für Bücher aus der Logos-Bibliothek</dc:title>
  <dc:subject>Logos Study Assistant – Bucherschließung</dc:subject>
  <dc:creator>python-docx</dc:creator>
  <cp:keywords>Logos, ASK, Study Assistant, Bibliothek, Bücher, Prompts, Theologie, Predigtvorbereitung</cp:keywords>
  <dc:description>generated by python-docx</dc:description>
  <cp:lastModifiedBy/>
  <cp:revision>1</cp:revision>
  <dcterms:created xsi:type="dcterms:W3CDTF">2013-12-23T23:15:00Z</dcterms:created>
  <dcterms:modified xsi:type="dcterms:W3CDTF">2013-12-23T23:15:00Z</dcterms:modified>
  <cp:category/>
</cp:coreProperties>
</file>